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29/2025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04/07/2025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Foz do Iguaçu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Carla Iwamoto Rezende</w:t>
            </w:r>
          </w:p>
        </w:tc>
        <w:tc>
          <w:tcPr>
            <w:tcW w:type="dxa" w:w="2466"/>
          </w:tcPr>
          <w:p>
            <w:r>
              <w:rPr/>
              <w:t>CPF: 901.029.470-67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Simone Xavier Prado</w:t>
            </w:r>
          </w:p>
        </w:tc>
        <w:tc>
          <w:tcPr>
            <w:tcW w:type="dxa" w:w="2466"/>
          </w:tcPr>
          <w:p>
            <w:r>
              <w:rPr/>
              <w:t>CPF: 901.021.551-28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Tapira/PR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11/07/2025 07:00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Tapira/PR: </w:t>
            </w:r>
            <w:r>
              <w:rPr>
                <w:b/>
              </w:rPr>
              <w:t>11/07/2025 13:15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Tapira/PR: </w:t>
            </w:r>
            <w:r>
              <w:rPr>
                <w:b/>
              </w:rPr>
              <w:t>11/07/2025 23:15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12/07/2025 05:30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Jeep Compass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ZZL7Z81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Simone Xavier Prado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SDP-FOZ (diárias e combustível custeados pela SDP-FOZ).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Tapira.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Helena Uchôa</w:t>
      </w:r>
    </w:p>
    <w:p>
      <w:pPr>
        <w:jc w:val="center"/>
      </w:pPr>
      <w:r>
        <w:rPr>
          <w:b/>
        </w:rPr>
        <w:t>Chefe da unidade (SDP-FOZ)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Foz do Iguaçu - Rua Fictícia, 113 - Centro - Foz do Iguaçu/PR - CEP 80000-013 - (41) 3000-0013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