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09/2025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20/03/2025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Assessoria de Comunicação Social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00.476.841-3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Otávio Jardim Holanda</w:t>
            </w:r>
          </w:p>
        </w:tc>
        <w:tc>
          <w:tcPr>
            <w:tcW w:type="dxa" w:w="2466"/>
          </w:tcPr>
          <w:p>
            <w:r>
              <w:rPr/>
              <w:t>CPF: 900.182.137-59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Pranchita/PR, Curiúva/PR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3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R$ 871,65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03/04/2025 08:45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Pranchita/PR: </w:t>
            </w:r>
            <w:r>
              <w:rPr>
                <w:b/>
              </w:rPr>
              <w:t>03/04/2025 18:30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Pranchita/PR: </w:t>
            </w:r>
            <w:r>
              <w:rPr>
                <w:b/>
              </w:rPr>
              <w:t>05/04/2025 00:30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Curiúva/PR: </w:t>
            </w:r>
            <w:r>
              <w:rPr>
                <w:b/>
              </w:rPr>
              <w:t>05/04/2025 09:00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Curiúva/PR: </w:t>
            </w:r>
            <w:r>
              <w:rPr>
                <w:b/>
              </w:rPr>
              <w:t>05/04/2025 19:00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05/04/2025 23:30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Mitsubishi L200 Triton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ZZH3X29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Otávio Jardim Holanda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ASCOM (diárias e combustível custeados pela ASCOM).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Cobertura jornalística de operação policial em Pranchita.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>
          <w:b/>
        </w:rPr>
        <w:t>Chefe da unidade (ASCOM)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