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GUARAPUAVA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rPr/>
              <w:t xml:space="preserve">Ofício Nº </w:t>
            </w:r>
            <w:r>
              <w:rPr>
                <w:b/>
              </w:rPr>
              <w:t>01/2025</w:t>
            </w:r>
            <w:r>
              <w:rPr/>
              <w:t xml:space="preserve"> (Autorização)</w:t>
            </w:r>
          </w:p>
        </w:tc>
        <w:tc>
          <w:tcPr>
            <w:tcW w:type="dxa" w:w="4933"/>
          </w:tcPr>
          <w:p>
            <w:r>
              <w:rPr/>
              <w:t xml:space="preserve">Data: </w:t>
            </w:r>
            <w:r>
              <w:rPr/>
              <w:t>13/01/2025</w:t>
            </w:r>
          </w:p>
        </w:tc>
      </w:tr>
      <w:tr>
        <w:tc>
          <w:tcPr>
            <w:tcW w:type="dxa" w:w="4933"/>
          </w:tcPr>
          <w:p>
            <w:r>
              <w:rPr/>
              <w:t xml:space="preserve">Origem: </w:t>
            </w:r>
            <w:r>
              <w:rPr>
                <w:b/>
              </w:rPr>
              <w:t>Subdivisão Policial de Guarapuava</w:t>
            </w:r>
          </w:p>
        </w:tc>
        <w:tc>
          <w:tcPr>
            <w:tcW w:type="dxa" w:w="4933"/>
          </w:tcPr>
          <w:p>
            <w:r>
              <w:rPr/>
              <w:t xml:space="preserve">Destino: </w:t>
            </w:r>
            <w:r>
              <w:rPr>
                <w:b/>
              </w:rPr>
              <w:t>Gabinete da Delegacia-Geral Adjunta Administrativa</w:t>
            </w:r>
          </w:p>
        </w:tc>
      </w:tr>
      <w:tr>
        <w:tc>
          <w:tcPr>
            <w:tcW w:type="dxa" w:w="4933"/>
          </w:tcPr>
          <w:p>
            <w:r>
              <w:rPr/>
              <w:t xml:space="preserve">Protocolo Nº: </w:t>
            </w:r>
            <w:r>
              <w:rPr/>
              <w:t>00.162.447-2</w:t>
            </w:r>
          </w:p>
        </w:tc>
        <w:tc>
          <w:tcPr>
            <w:tcW w:type="dxa" w:w="4933"/>
          </w:tcPr>
          <w:p>
            <w:r>
              <w:rPr/>
              <w:t>Assunto: Solicitação de autorização e concessão de diárias.</w:t>
            </w:r>
          </w:p>
        </w:tc>
      </w:tr>
    </w:tbl>
    <w:p>
      <w:r>
        <w:rPr>
          <w:b/>
        </w:rPr>
        <w:t>Senhor Delegado,</w:t>
      </w:r>
      <w:r>
        <w:rPr/>
        <w:t xml:space="preserve"> solicito autorização e a concessão de diárias e combustível, conforme cronograma abaixo: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Cargo</w:t>
            </w:r>
          </w:p>
        </w:tc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Nº solicitação</w:t>
            </w:r>
            <w:r>
              <w:br/>
            </w:r>
            <w:r>
              <w:rPr>
                <w:b/>
              </w:rPr>
              <w:t>(Central de Viagens)</w:t>
            </w:r>
          </w:p>
        </w:tc>
      </w:tr>
      <w:tr>
        <w:tc>
          <w:tcPr>
            <w:tcW w:type="dxa" w:w="2466"/>
          </w:tcPr>
          <w:p>
            <w:r>
              <w:rPr/>
              <w:t>Helena Valente Arruda</w:t>
            </w:r>
          </w:p>
        </w:tc>
        <w:tc>
          <w:tcPr>
            <w:tcW w:type="dxa" w:w="2466"/>
          </w:tcPr>
          <w:p>
            <w:r>
              <w:rPr/>
              <w:t>CPF: 901.061.146-98</w:t>
            </w:r>
          </w:p>
        </w:tc>
        <w:tc>
          <w:tcPr>
            <w:tcW w:type="dxa" w:w="2466"/>
          </w:tcPr>
          <w:p>
            <w:r>
              <w:rPr>
                <w:b/>
              </w:rPr>
              <w:t>Assessor de Comunicação</w:t>
            </w:r>
          </w:p>
        </w:tc>
        <w:tc>
          <w:tcPr>
            <w:tcW w:type="dxa" w:w="2466"/>
          </w:tcPr>
          <w:p/>
        </w:tc>
      </w:tr>
      <w:tr>
        <w:tc>
          <w:tcPr>
            <w:tcW w:type="dxa" w:w="2466"/>
          </w:tcPr>
          <w:p>
            <w:r>
              <w:rPr/>
              <w:t>Rafael Tavares Esteves</w:t>
            </w:r>
          </w:p>
        </w:tc>
        <w:tc>
          <w:tcPr>
            <w:tcW w:type="dxa" w:w="2466"/>
          </w:tcPr>
          <w:p>
            <w:r>
              <w:rPr/>
              <w:t>CPF: 901.045.308-13</w:t>
            </w:r>
          </w:p>
        </w:tc>
        <w:tc>
          <w:tcPr>
            <w:tcW w:type="dxa" w:w="2466"/>
          </w:tcPr>
          <w:p>
            <w:r>
              <w:rPr>
                <w:b/>
              </w:rPr>
              <w:t>Investigador de Polícia</w:t>
            </w:r>
          </w:p>
        </w:tc>
        <w:tc>
          <w:tcPr>
            <w:tcW w:type="dxa" w:w="2466"/>
          </w:tcPr>
          <w:p/>
        </w:tc>
      </w:tr>
      <w:tr>
        <w:tc>
          <w:tcPr>
            <w:tcW w:type="dxa" w:w="2466"/>
          </w:tcPr>
          <w:p>
            <w:r>
              <w:rPr/>
              <w:t>Giovana Ferraz Esteves</w:t>
            </w:r>
          </w:p>
        </w:tc>
        <w:tc>
          <w:tcPr>
            <w:tcW w:type="dxa" w:w="2466"/>
          </w:tcPr>
          <w:p>
            <w:r>
              <w:rPr/>
              <w:t>CPF: 901.069.065-27</w:t>
            </w:r>
          </w:p>
        </w:tc>
        <w:tc>
          <w:tcPr>
            <w:tcW w:type="dxa" w:w="2466"/>
          </w:tcPr>
          <w:p>
            <w:r>
              <w:rPr>
                <w:b/>
              </w:rPr>
              <w:t>Assessor de Comunicação</w:t>
            </w:r>
          </w:p>
        </w:tc>
        <w:tc>
          <w:tcPr>
            <w:tcW w:type="dxa" w:w="2466"/>
          </w:tcPr>
          <w:p/>
        </w:tc>
      </w:tr>
      <w:tr>
        <w:tc>
          <w:tcPr>
            <w:tcW w:type="dxa" w:w="2466"/>
          </w:tcPr>
          <w:p>
            <w:r>
              <w:rPr/>
              <w:t>Diego Ribeiro Ilha</w:t>
            </w:r>
          </w:p>
        </w:tc>
        <w:tc>
          <w:tcPr>
            <w:tcW w:type="dxa" w:w="2466"/>
          </w:tcPr>
          <w:p>
            <w:r>
              <w:rPr/>
              <w:t>CPF: 901.037.389-41</w:t>
            </w:r>
          </w:p>
        </w:tc>
        <w:tc>
          <w:tcPr>
            <w:tcW w:type="dxa" w:w="2466"/>
          </w:tcPr>
          <w:p>
            <w:r>
              <w:rPr>
                <w:b/>
              </w:rPr>
              <w:t>Agente de Polícia Judiciária</w:t>
            </w:r>
          </w:p>
        </w:tc>
        <w:tc>
          <w:tcPr>
            <w:tcW w:type="dxa" w:w="2466"/>
          </w:tcPr>
          <w:p/>
        </w:tc>
      </w:tr>
      <w:tr>
        <w:tc>
          <w:tcPr>
            <w:tcW w:type="dxa" w:w="2466"/>
          </w:tcPr>
          <w:p>
            <w:r>
              <w:rPr/>
              <w:t>Heitor Esteves Oliveira</w:t>
            </w:r>
          </w:p>
        </w:tc>
        <w:tc>
          <w:tcPr>
            <w:tcW w:type="dxa" w:w="2466"/>
          </w:tcPr>
          <w:p>
            <w:r>
              <w:rPr/>
              <w:t>CPF: 901.053.227-51</w:t>
            </w:r>
          </w:p>
        </w:tc>
        <w:tc>
          <w:tcPr>
            <w:tcW w:type="dxa" w:w="2466"/>
          </w:tcPr>
          <w:p>
            <w:r>
              <w:rPr>
                <w:b/>
              </w:rPr>
              <w:t>Escrivão de Polícia</w:t>
            </w:r>
          </w:p>
        </w:tc>
        <w:tc>
          <w:tcPr>
            <w:tcW w:type="dxa" w:w="2466"/>
          </w:tcPr>
          <w:p/>
        </w:tc>
      </w:tr>
      <w:tr>
        <w:tc>
          <w:tcPr>
            <w:tcW w:type="dxa" w:w="2466"/>
          </w:tcPr>
          <w:p>
            <w:r>
              <w:rPr/>
              <w:t>Beatriz Macedo Tavares</w:t>
            </w:r>
          </w:p>
        </w:tc>
        <w:tc>
          <w:tcPr>
            <w:tcW w:type="dxa" w:w="2466"/>
          </w:tcPr>
          <w:p>
            <w:r>
              <w:rPr/>
              <w:t>CPF: 901.298.716-49</w:t>
            </w:r>
          </w:p>
        </w:tc>
        <w:tc>
          <w:tcPr>
            <w:tcW w:type="dxa" w:w="2466"/>
          </w:tcPr>
          <w:p>
            <w:r>
              <w:rPr>
                <w:b/>
              </w:rPr>
              <w:t>Investigador de Polícia</w:t>
            </w:r>
          </w:p>
        </w:tc>
        <w:tc>
          <w:tcPr>
            <w:tcW w:type="dxa" w:w="2466"/>
          </w:tcPr>
          <w:p/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Destino da viagem:</w:t>
            </w:r>
            <w:r>
              <w:br/>
            </w:r>
            <w:r>
              <w:rPr/>
              <w:t>Formosa do Oeste/PR</w:t>
            </w:r>
          </w:p>
        </w:tc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Nº de diárias por servidor:</w:t>
            </w:r>
            <w:r>
              <w:br/>
            </w:r>
            <w:r>
              <w:rPr/>
              <w:t>1 x 100% + 1 x 30% diárias</w:t>
            </w:r>
          </w:p>
        </w:tc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Valor total do ofício:</w:t>
            </w:r>
            <w:r>
              <w:br/>
            </w:r>
            <w:r>
              <w:rPr/>
              <w:t>R$ 2.266,32</w:t>
            </w:r>
          </w:p>
        </w:tc>
      </w:tr>
    </w:tbl>
    <w:p>
      <w:pPr>
        <w:jc w:val="center"/>
      </w:pPr>
      <w:r>
        <w:rPr>
          <w:b/>
        </w:rPr>
        <w:t>ROTEIRO DE IDA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rPr>
                <w:b/>
              </w:rPr>
              <w:t xml:space="preserve">Saída Guarapuava/PR: </w:t>
            </w:r>
            <w:r>
              <w:rPr>
                <w:b/>
              </w:rPr>
              <w:t>10/02/2025 09:45</w:t>
            </w:r>
          </w:p>
        </w:tc>
        <w:tc>
          <w:tcPr>
            <w:tcW w:type="dxa" w:w="4933"/>
          </w:tcPr>
          <w:p>
            <w:r>
              <w:rPr>
                <w:b/>
              </w:rPr>
              <w:t xml:space="preserve">Chegada Formosa do Oeste/PR: </w:t>
            </w:r>
            <w:r>
              <w:rPr>
                <w:b/>
              </w:rPr>
              <w:t>10/02/2025 14:30</w:t>
            </w:r>
          </w:p>
        </w:tc>
      </w:tr>
    </w:tbl>
    <w:p>
      <w:pPr>
        <w:jc w:val="center"/>
      </w:pPr>
      <w:r>
        <w:rPr>
          <w:b/>
        </w:rPr>
        <w:t>ROTEIRO DE RETORNO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rPr>
                <w:b/>
              </w:rPr>
              <w:t xml:space="preserve">Saída Formosa do Oeste/PR: </w:t>
            </w:r>
            <w:r>
              <w:rPr>
                <w:b/>
              </w:rPr>
              <w:t>11/02/2025 16:30</w:t>
            </w:r>
          </w:p>
        </w:tc>
        <w:tc>
          <w:tcPr>
            <w:tcW w:type="dxa" w:w="4933"/>
          </w:tcPr>
          <w:p>
            <w:r>
              <w:rPr>
                <w:b/>
              </w:rPr>
              <w:t xml:space="preserve">Chegada Guarapuava/PR: </w:t>
            </w:r>
            <w:r>
              <w:rPr>
                <w:b/>
              </w:rPr>
              <w:t>11/02/2025 21:15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r>
              <w:rPr>
                <w:b/>
              </w:rPr>
              <w:t>Meio de transporte:</w:t>
            </w:r>
            <w:r>
              <w:rPr/>
              <w:t xml:space="preserve"> Fiat Cronos</w:t>
            </w:r>
            <w:r>
              <w:br/>
            </w:r>
            <w:r>
              <w:t xml:space="preserve"> </w:t>
            </w:r>
            <w:r>
              <w:rPr>
                <w:b/>
              </w:rPr>
              <w:t>Placa oficial:</w:t>
            </w:r>
            <w:r>
              <w:rPr/>
              <w:t xml:space="preserve"> ZZO4U82</w:t>
            </w:r>
            <w:r>
              <w:br/>
            </w:r>
            <w:r>
              <w:t xml:space="preserve"> </w:t>
            </w:r>
            <w:r>
              <w:rPr>
                <w:b/>
              </w:rPr>
              <w:t>Motorista:</w:t>
            </w:r>
            <w:r>
              <w:t xml:space="preserve"> </w:t>
            </w:r>
            <w:r>
              <w:rPr/>
              <w:t>Heitor Esteves Oliveira</w:t>
            </w:r>
            <w:r>
              <w:t xml:space="preserve"> </w:t>
            </w:r>
          </w:p>
        </w:tc>
        <w:tc>
          <w:tcPr>
            <w:tcW w:type="dxa" w:w="3289"/>
          </w:tcPr>
          <w:p>
            <w:r>
              <w:rPr>
                <w:b/>
              </w:rPr>
              <w:t>Combustível:</w:t>
            </w:r>
            <w:r>
              <w:rPr/>
              <w:t xml:space="preserve"> Flex</w:t>
            </w:r>
            <w:r>
              <w:br/>
            </w:r>
            <w:r>
              <w:t xml:space="preserve"> </w:t>
            </w:r>
            <w:r>
              <w:rPr>
                <w:b/>
              </w:rPr>
              <w:t>Viatura:</w:t>
            </w:r>
            <w:r>
              <w:rPr/>
              <w:t xml:space="preserve"> Caracterizada </w:t>
            </w:r>
          </w:p>
        </w:tc>
        <w:tc>
          <w:tcPr>
            <w:tcW w:type="dxa" w:w="3289"/>
          </w:tcPr>
          <w:p>
            <w:r>
              <w:rPr>
                <w:b/>
              </w:rPr>
              <w:t>Porte/trânsito de arma:</w:t>
            </w:r>
            <w:r>
              <w:rPr/>
              <w:t xml:space="preserve"> Não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r>
              <w:rPr>
                <w:b/>
              </w:rPr>
              <w:t>Custos:</w:t>
            </w:r>
            <w:r>
              <w:rPr/>
              <w:t xml:space="preserve"> informar qual entidade custeará as diárias (hospedagem/alimentação) e deslocamento:</w:t>
            </w:r>
            <w:r>
              <w:br/>
            </w:r>
            <w:r>
              <w:t xml:space="preserve"> </w:t>
            </w:r>
            <w:r>
              <w:rPr/>
              <w:t>( )</w:t>
            </w:r>
            <w:r>
              <w:rPr/>
              <w:t xml:space="preserve"> UNIDADE - SDP-GPV (diárias e combustível custeados pela SDP-GPV).</w:t>
            </w:r>
            <w:r>
              <w:br/>
            </w:r>
            <w:r>
              <w:t xml:space="preserve"> </w:t>
            </w:r>
            <w:r>
              <w:rPr/>
              <w:t>( X )</w:t>
            </w:r>
            <w:r>
              <w:rPr/>
              <w:t xml:space="preserve"> OUTRA INSTITUIÇÃO: </w:t>
            </w:r>
            <w:r>
              <w:rPr/>
              <w:t>Comissão organizadora do Semana de Prevenção às Drogas</w:t>
            </w:r>
            <w:r>
              <w:br/>
            </w:r>
            <w:r>
              <w:t xml:space="preserve"> </w:t>
            </w:r>
            <w:r>
              <w:rPr/>
              <w:t>( )</w:t>
            </w:r>
            <w:r>
              <w:rPr/>
              <w:t xml:space="preserve"> ÔNUS LIMITADOS AOS PRÓPRIOS VENCIMENTOS </w:t>
            </w:r>
          </w:p>
        </w:tc>
      </w:tr>
      <w:tr>
        <w:tc>
          <w:tcPr>
            <w:tcW w:type="dxa" w:w="9866"/>
          </w:tcPr>
          <w:p>
            <w:r>
              <w:rPr>
                <w:b/>
              </w:rPr>
              <w:t>Motivo da viagem:</w:t>
            </w:r>
            <w:r>
              <w:t xml:space="preserve"> </w:t>
            </w:r>
            <w:r>
              <w:rPr/>
              <w:t>Participação em reunião de alinhamento operacional em Formosa do Oeste.</w:t>
            </w:r>
          </w:p>
        </w:tc>
      </w:tr>
      <w:tr>
        <w:tc>
          <w:tcPr>
            <w:tcW w:type="dxa" w:w="9866"/>
          </w:tcPr>
          <w:p>
            <w:r>
              <w:rPr>
                <w:b/>
              </w:rPr>
              <w:t>Declaro que os servidores estão cientes de que devem portar cartão corporativo vigente no deslocamento.</w:t>
            </w:r>
          </w:p>
        </w:tc>
      </w:tr>
    </w:tbl>
    <w:p>
      <w:pPr>
        <w:jc w:val="center"/>
      </w:pPr>
      <w:r>
        <w:rPr/>
        <w:t>Respeitosamente,</w:t>
      </w:r>
    </w:p>
    <w:p>
      <w:pPr>
        <w:jc w:val="center"/>
      </w:pPr>
      <w:r>
        <w:rPr>
          <w:b/>
        </w:rPr>
        <w:t>Patrícia Bittencourt</w:t>
      </w:r>
    </w:p>
    <w:p>
      <w:pPr>
        <w:jc w:val="center"/>
      </w:pPr>
      <w:r>
        <w:rPr>
          <w:b/>
        </w:rPr>
        <w:t>Chefe da unidade (SDP-GPV)</w:t>
      </w:r>
    </w:p>
    <w:p>
      <w:r>
        <w:rPr>
          <w:b/>
        </w:rPr>
        <w:t>Exmo. Sr</w:t>
      </w:r>
    </w:p>
    <w:p>
      <w:r>
        <w:rPr>
          <w:b/>
        </w:rPr>
        <w:t>Dra. Helena Vasconcelos Prado</w:t>
      </w:r>
    </w:p>
    <w:p>
      <w:r>
        <w:rPr>
          <w:b/>
        </w:rPr>
        <w:t>MD. Delegada-Geral Adjunta Administrativa</w:t>
      </w:r>
    </w:p>
    <w:p>
      <w:r>
        <w:rPr>
          <w:b/>
        </w:rPr>
        <w:t>CURITIBA – Pr.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/>
      </w:rPr>
      <w:t>PCPR</w:t>
    </w:r>
    <w:r>
      <w:br/>
    </w:r>
    <w:r>
      <w:rPr>
        <w:i/>
      </w:rPr>
      <w:t>Subdivisão Policial de Guarapuava - Rua Fictícia, 114 - Centro - Guarapuava/PR - CEP 80000-014 - (41) 3000-0014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