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TOLEDO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160/2026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13/10/2026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Toledo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00.832.777-7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Alessandra Queiroz Xavier</w:t>
            </w:r>
          </w:p>
        </w:tc>
        <w:tc>
          <w:tcPr>
            <w:tcW w:type="dxa" w:w="2466"/>
          </w:tcPr>
          <w:p>
            <w:r>
              <w:rPr/>
              <w:t>CPF: 901.227.445-10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Alessandra Guimarães Iwamoto</w:t>
            </w:r>
          </w:p>
        </w:tc>
        <w:tc>
          <w:tcPr>
            <w:tcW w:type="dxa" w:w="2466"/>
          </w:tcPr>
          <w:p>
            <w:r>
              <w:rPr/>
              <w:t>CPF: 901.235.364-57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Tiago Almeida Lacerda</w:t>
            </w:r>
          </w:p>
        </w:tc>
        <w:tc>
          <w:tcPr>
            <w:tcW w:type="dxa" w:w="2466"/>
          </w:tcPr>
          <w:p>
            <w:r>
              <w:rPr/>
              <w:t>CPF: 901.243.283-94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Fábio Ferraz Queiroz</w:t>
            </w:r>
          </w:p>
        </w:tc>
        <w:tc>
          <w:tcPr>
            <w:tcW w:type="dxa" w:w="2466"/>
          </w:tcPr>
          <w:p>
            <w:r>
              <w:rPr/>
              <w:t>CPF: 901.251.202-66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Nádia Cardoso Arruda</w:t>
            </w:r>
          </w:p>
        </w:tc>
        <w:tc>
          <w:tcPr>
            <w:tcW w:type="dxa" w:w="2466"/>
          </w:tcPr>
          <w:p>
            <w:r>
              <w:rPr/>
              <w:t>CPF: 901.259.121-03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São Jerônimo da Serra/PR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+ 1 x 30%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R$ 1.888,60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Toledo/PR: </w:t>
            </w:r>
            <w:r>
              <w:rPr>
                <w:b/>
              </w:rPr>
              <w:t>10/11/2026 07:45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São Jerônimo da Serra/PR: </w:t>
            </w:r>
            <w:r>
              <w:rPr>
                <w:b/>
              </w:rPr>
              <w:t>10/11/2026 14:45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São Jerônimo da Serra/PR: </w:t>
            </w:r>
            <w:r>
              <w:rPr>
                <w:b/>
              </w:rPr>
              <w:t>11/11/2026 10:45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Toledo/PR: </w:t>
            </w:r>
            <w:r>
              <w:rPr>
                <w:b/>
              </w:rPr>
              <w:t>11/11/2026 17:45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Veículo da instituição organizadora</w:t>
            </w:r>
            <w:r>
              <w:br/>
            </w:r>
            <w:r>
              <w:t xml:space="preserve"> 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SDP-TOL (diárias e combustível custeados pela SDP-TOL).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no Feira Agropecuária Regional, representando a Polícia Civil, em São Jerônimo da Serra.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Úrsula Ilha</w:t>
      </w:r>
    </w:p>
    <w:p>
      <w:pPr>
        <w:jc w:val="center"/>
      </w:pPr>
      <w:r>
        <w:rPr>
          <w:b/>
        </w:rPr>
        <w:t>Chefe da unidade (SDP-TOL)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Toledo - Rua Fictícia, 120 - Centro - Toledo/PR - CEP 80000-020 - (41) 3000-0020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