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PARANAGUÁ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25/2024</w:t>
            </w:r>
            <w:r>
              <w:rPr/>
              <w:t xml:space="preserve"> (Autorização)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09/10/2024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Subdivisão Policial de Paranaguá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  <w:r>
              <w:rPr/>
              <w:t>00.058.577-0</w:t>
            </w:r>
          </w:p>
        </w:tc>
        <w:tc>
          <w:tcPr>
            <w:tcW w:type="dxa" w:w="4933"/>
          </w:tcPr>
          <w:p>
            <w:r>
              <w:rPr/>
              <w:t>Assunto: Solicitação de autorização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autorização e a concessão de diárias e combustível, conforme cronograma abaixo, em continuidade às tratativas anteriores: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Samuel Iwamoto Ferraz</w:t>
            </w:r>
          </w:p>
        </w:tc>
        <w:tc>
          <w:tcPr>
            <w:tcW w:type="dxa" w:w="2466"/>
          </w:tcPr>
          <w:p>
            <w:r>
              <w:rPr/>
              <w:t>CPF: 901.219.526-82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Agente de Polícia Judiciária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Estela Queiroz Iwamoto</w:t>
            </w:r>
          </w:p>
        </w:tc>
        <w:tc>
          <w:tcPr>
            <w:tcW w:type="dxa" w:w="2466"/>
          </w:tcPr>
          <w:p>
            <w:r>
              <w:rPr/>
              <w:t>CPF: 901.211.607-43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Agente de Polícia Judiciária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Vinícius Campos Gouveia</w:t>
            </w:r>
          </w:p>
        </w:tc>
        <w:tc>
          <w:tcPr>
            <w:tcW w:type="dxa" w:w="2466"/>
          </w:tcPr>
          <w:p>
            <w:r>
              <w:rPr/>
              <w:t>CPF: 901.195.769-54</w:t>
            </w:r>
          </w:p>
        </w:tc>
        <w:tc>
          <w:tcPr>
            <w:tcW w:type="dxa" w:w="2466"/>
          </w:tcPr>
          <w:p>
            <w:r>
              <w:rPr>
                <w:b/>
              </w:rPr>
              <w:t>Papiloscopista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Jonas Holanda Lacerda</w:t>
            </w:r>
          </w:p>
        </w:tc>
        <w:tc>
          <w:tcPr>
            <w:tcW w:type="dxa" w:w="2466"/>
          </w:tcPr>
          <w:p>
            <w:r>
              <w:rPr/>
              <w:t>CPF: 901.203.688-71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Assessor de Comunicação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Simone Tavares Holanda</w:t>
            </w:r>
          </w:p>
        </w:tc>
        <w:tc>
          <w:tcPr>
            <w:tcW w:type="dxa" w:w="2466"/>
          </w:tcPr>
          <w:p>
            <w:r>
              <w:rPr/>
              <w:t>CPF: 901.346.230-89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Assessor de Comunicação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Carla Ferraz Nogueira</w:t>
            </w:r>
          </w:p>
        </w:tc>
        <w:tc>
          <w:tcPr>
            <w:tcW w:type="dxa" w:w="2466"/>
          </w:tcPr>
          <w:p>
            <w:r>
              <w:rPr/>
              <w:t>CPF: 900.807.738-86</w:t>
            </w:r>
          </w:p>
        </w:tc>
        <w:tc>
          <w:tcPr>
            <w:tcW w:type="dxa" w:w="2466"/>
          </w:tcPr>
          <w:p>
            <w:r>
              <w:rPr>
                <w:b/>
              </w:rPr>
              <w:t>Papiloscopista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Jardim Olinda/PR, Marilena/PR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3 x 100% + 1 x 30%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R$ 5.752,92</w:t>
            </w:r>
          </w:p>
        </w:tc>
      </w:tr>
    </w:tbl>
    <w:p>
      <w:pPr>
        <w:jc w:val="center"/>
      </w:pPr>
      <w:r>
        <w:rPr>
          <w:b/>
        </w:rPr>
        <w:t>ROTEIRO DE 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Paranaguá/PR: </w:t>
            </w:r>
            <w:r>
              <w:rPr>
                <w:b/>
              </w:rPr>
              <w:t>31/10/2024 08:30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Jardim Olinda/PR: </w:t>
            </w:r>
            <w:r>
              <w:rPr>
                <w:b/>
              </w:rPr>
              <w:t>31/10/2024 18:45</w:t>
            </w:r>
          </w:p>
        </w:tc>
      </w:tr>
      <w:tr>
        <w:tc>
          <w:tcPr>
            <w:tcW w:type="dxa" w:w="4933"/>
          </w:tcPr>
          <w:p>
            <w:r>
              <w:rPr>
                <w:b/>
              </w:rPr>
              <w:t xml:space="preserve">Saída Jardim Olinda/PR: </w:t>
            </w:r>
            <w:r>
              <w:rPr>
                <w:b/>
              </w:rPr>
              <w:t>02/11/2024 20:45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Marilena/PR: </w:t>
            </w:r>
            <w:r>
              <w:rPr>
                <w:b/>
              </w:rPr>
              <w:t>02/11/2024 23:00</w:t>
            </w:r>
          </w:p>
        </w:tc>
      </w:tr>
    </w:tbl>
    <w:p>
      <w:pPr>
        <w:jc w:val="center"/>
      </w:pPr>
      <w:r>
        <w:rPr>
          <w:b/>
        </w:rPr>
        <w:t>ROTEIRO DE RETORNO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Marilena/PR: </w:t>
            </w:r>
            <w:r>
              <w:rPr>
                <w:b/>
              </w:rPr>
              <w:t>03/11/2024 05:00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Paranaguá/PR: </w:t>
            </w:r>
            <w:r>
              <w:rPr>
                <w:b/>
              </w:rPr>
              <w:t>03/11/2024 16:45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Ônibus de linha</w:t>
            </w:r>
            <w:r>
              <w:br/>
            </w:r>
            <w:r>
              <w:t xml:space="preserve"> </w:t>
            </w:r>
          </w:p>
        </w:tc>
        <w:tc>
          <w:tcPr>
            <w:tcW w:type="dxa" w:w="3289"/>
          </w:tcPr>
          <w:p/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Sim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UNIDADE - SDP-PNG (diárias e combustível custeados pela SDP-PNG).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OUTRA INSTITUIÇÃO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Entrega de equipamentos e vistoria das instalações da delegacia de Jardim Olinda.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Nelson Duarte</w:t>
      </w:r>
    </w:p>
    <w:p>
      <w:pPr>
        <w:jc w:val="center"/>
      </w:pPr>
      <w:r>
        <w:rPr>
          <w:b/>
        </w:rPr>
        <w:t>Chefe da unidade (SDP-PNG)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Subdivisão Policial de Paranaguá - Rua Fictícia, 119 - Centro - Paranaguá/PR - CEP 80000-019 - (41) 3000-0019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