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115/2026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20/09/2026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Guarapuava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Giovana Ferraz Esteves</w:t>
            </w:r>
          </w:p>
        </w:tc>
        <w:tc>
          <w:tcPr>
            <w:tcW w:type="dxa" w:w="2466"/>
          </w:tcPr>
          <w:p>
            <w:r>
              <w:rPr/>
              <w:t>CPF: 901.069.065-27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Heitor Esteves Oliveira</w:t>
            </w:r>
          </w:p>
        </w:tc>
        <w:tc>
          <w:tcPr>
            <w:tcW w:type="dxa" w:w="2466"/>
          </w:tcPr>
          <w:p>
            <w:r>
              <w:rPr/>
              <w:t>CPF: 901.053.227-51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Helena Valente Arruda</w:t>
            </w:r>
          </w:p>
        </w:tc>
        <w:tc>
          <w:tcPr>
            <w:tcW w:type="dxa" w:w="2466"/>
          </w:tcPr>
          <w:p>
            <w:r>
              <w:rPr/>
              <w:t>CPF: 901.061.146-98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Diego Ribeiro Ilha</w:t>
            </w:r>
          </w:p>
        </w:tc>
        <w:tc>
          <w:tcPr>
            <w:tcW w:type="dxa" w:w="2466"/>
          </w:tcPr>
          <w:p>
            <w:r>
              <w:rPr/>
              <w:t>CPF: 901.037.389-41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Porto Alegre/RS, Floraí/PR, Foz do Jordão/PR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6 x 100% + 2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R$ 8.090,24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Guarapuava/PR: </w:t>
            </w:r>
            <w:r>
              <w:rPr>
                <w:b/>
              </w:rPr>
              <w:t>22/10/2026 07:00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Porto Alegre/RS: </w:t>
            </w:r>
            <w:r>
              <w:rPr>
                <w:b/>
              </w:rPr>
              <w:t>22/10/2026 17:45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Porto Alegre/RS: </w:t>
            </w:r>
            <w:r>
              <w:rPr>
                <w:b/>
              </w:rPr>
              <w:t>22/10/2026 23:45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Floraí/PR: </w:t>
            </w:r>
            <w:r>
              <w:rPr>
                <w:b/>
              </w:rPr>
              <w:t>23/10/2026 15:30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Floraí/PR: </w:t>
            </w:r>
            <w:r>
              <w:rPr>
                <w:b/>
              </w:rPr>
              <w:t>24/10/2026 17:30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Foz do Jordão/PR: </w:t>
            </w:r>
            <w:r>
              <w:rPr>
                <w:b/>
              </w:rPr>
              <w:t>24/10/2026 23:15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Foz do Jordão/PR: </w:t>
            </w:r>
            <w:r>
              <w:rPr>
                <w:b/>
              </w:rPr>
              <w:t>28/10/2026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Guarapuava/PR: </w:t>
            </w:r>
            <w:r>
              <w:rPr>
                <w:b/>
              </w:rPr>
              <w:t>29/10/2026 01:00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ZZO4U82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Giovana Ferraz Esteves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SDP-GPV (diárias e combustível custeados pela SDP-GPV).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Porto Alegre.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Patrícia Bittencourt</w:t>
      </w:r>
    </w:p>
    <w:p>
      <w:pPr>
        <w:jc w:val="center"/>
      </w:pPr>
      <w:r>
        <w:rPr>
          <w:b/>
        </w:rPr>
        <w:t>Chefe da unidade (SDP-GPV)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Guarapuava - Rua Fictícia, 114 - Centro - Guarapuava/PR - CEP 80000-014 - (41) 3000-0014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