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FOZ DO IGUAÇU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/>
              <w:t xml:space="preserve">Ofício Nº </w:t>
            </w:r>
            <w:r>
              <w:rPr>
                <w:b/>
              </w:rPr>
              <w:t>111/2026</w:t>
            </w:r>
            <w:r>
              <w:rPr/>
              <w:t xml:space="preserve"> (Autorização)</w:t>
            </w:r>
          </w:p>
        </w:tc>
        <w:tc>
          <w:tcPr>
            <w:tcW w:type="dxa" w:w="4933"/>
          </w:tcPr>
          <w:p>
            <w:r>
              <w:rPr/>
              <w:t xml:space="preserve">Data: </w:t>
            </w:r>
            <w:r>
              <w:rPr/>
              <w:t>19/09/2026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Origem: </w:t>
            </w:r>
            <w:r>
              <w:rPr>
                <w:b/>
              </w:rPr>
              <w:t>Subdivisão Policial de Foz do Iguaçu</w:t>
            </w:r>
          </w:p>
        </w:tc>
        <w:tc>
          <w:tcPr>
            <w:tcW w:type="dxa" w:w="4933"/>
          </w:tcPr>
          <w:p>
            <w:r>
              <w:rPr/>
              <w:t xml:space="preserve">Destino: </w:t>
            </w:r>
            <w:r>
              <w:rPr>
                <w:b/>
              </w:rPr>
              <w:t>Gabinete da Delegacia-Geral Adjunta Administrativa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Protocolo Nº: </w:t>
            </w:r>
            <w:r>
              <w:rPr/>
              <w:t>00.362.280-9</w:t>
            </w:r>
          </w:p>
        </w:tc>
        <w:tc>
          <w:tcPr>
            <w:tcW w:type="dxa" w:w="4933"/>
          </w:tcPr>
          <w:p>
            <w:r>
              <w:rPr/>
              <w:t>Assunto: Solicitação de autorização e concessão de diárias.</w:t>
            </w:r>
          </w:p>
        </w:tc>
      </w:tr>
    </w:tbl>
    <w:p>
      <w:r>
        <w:rPr>
          <w:b/>
        </w:rPr>
        <w:t>Senhor Delegado,</w:t>
      </w:r>
      <w:r>
        <w:rPr/>
        <w:t xml:space="preserve"> solicito autorização e a concessão de diárias e combustível, conforme cronograma abaixo: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Cargo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Nº solicitação</w:t>
            </w:r>
            <w:r>
              <w:br/>
            </w:r>
            <w:r>
              <w:rPr>
                <w:b/>
              </w:rPr>
              <w:t>(Central de Viagens)</w:t>
            </w:r>
          </w:p>
        </w:tc>
      </w:tr>
      <w:tr>
        <w:tc>
          <w:tcPr>
            <w:tcW w:type="dxa" w:w="2466"/>
          </w:tcPr>
          <w:p>
            <w:r>
              <w:rPr/>
              <w:t>Rafael Klein Klein</w:t>
            </w:r>
          </w:p>
        </w:tc>
        <w:tc>
          <w:tcPr>
            <w:tcW w:type="dxa" w:w="2466"/>
          </w:tcPr>
          <w:p>
            <w:r>
              <w:rPr/>
              <w:t>CPF: 901.013.632-91</w:t>
            </w:r>
          </w:p>
        </w:tc>
        <w:tc>
          <w:tcPr>
            <w:tcW w:type="dxa" w:w="2466"/>
          </w:tcPr>
          <w:p>
            <w:r>
              <w:rPr>
                <w:b/>
              </w:rPr>
              <w:t>Delegado de Polícia</w:t>
            </w:r>
          </w:p>
        </w:tc>
        <w:tc>
          <w:tcPr>
            <w:tcW w:type="dxa" w:w="2466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Destino da viagem:</w:t>
            </w:r>
            <w:r>
              <w:br/>
            </w:r>
            <w:r>
              <w:rPr/>
              <w:t>Ivaiporã/PR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Nº de diárias por servidor:</w:t>
            </w:r>
            <w:r>
              <w:br/>
            </w:r>
            <w:r>
              <w:rPr/>
              <w:t>1 x 100% + 2 x 30% diárias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Valor total do ofício:</w:t>
            </w:r>
            <w:r>
              <w:br/>
            </w:r>
            <w:r>
              <w:rPr/>
              <w:t>R$ 464,89</w:t>
            </w:r>
          </w:p>
        </w:tc>
      </w:tr>
    </w:tbl>
    <w:p>
      <w:pPr>
        <w:jc w:val="center"/>
      </w:pPr>
      <w:r>
        <w:rPr>
          <w:b/>
        </w:rPr>
        <w:t>ROTEIRO POR TRECHOS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Trecho 1</w:t>
            </w:r>
          </w:p>
        </w:tc>
        <w:tc>
          <w:tcPr>
            <w:tcW w:type="dxa" w:w="3289"/>
          </w:tcPr>
          <w:p>
            <w:r>
              <w:rPr>
                <w:b/>
              </w:rPr>
              <w:t xml:space="preserve">Saída Foz do Iguaçu/PR: </w:t>
            </w:r>
            <w:r>
              <w:rPr>
                <w:b/>
              </w:rPr>
              <w:t>28/09/2026 09:30</w:t>
            </w:r>
          </w:p>
        </w:tc>
        <w:tc>
          <w:tcPr>
            <w:tcW w:type="dxa" w:w="3289"/>
          </w:tcPr>
          <w:p>
            <w:r>
              <w:rPr>
                <w:b/>
              </w:rPr>
              <w:t xml:space="preserve">Chegada Ivaiporã/PR: </w:t>
            </w:r>
            <w:r>
              <w:rPr>
                <w:b/>
              </w:rPr>
              <w:t>28/09/2026 16:30</w:t>
            </w:r>
          </w:p>
        </w:tc>
      </w:tr>
      <w:tr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Trecho 2</w:t>
            </w:r>
          </w:p>
        </w:tc>
        <w:tc>
          <w:tcPr>
            <w:tcW w:type="dxa" w:w="3289"/>
          </w:tcPr>
          <w:p>
            <w:r>
              <w:rPr>
                <w:b/>
              </w:rPr>
              <w:t xml:space="preserve">Saída Ivaiporã/PR: </w:t>
            </w:r>
            <w:r>
              <w:rPr>
                <w:b/>
              </w:rPr>
              <w:t>28/09/2026 20:30</w:t>
            </w:r>
          </w:p>
        </w:tc>
        <w:tc>
          <w:tcPr>
            <w:tcW w:type="dxa" w:w="3289"/>
          </w:tcPr>
          <w:p>
            <w:r>
              <w:rPr>
                <w:b/>
              </w:rPr>
              <w:t xml:space="preserve">Chegada Foz do Iguaçu/PR: </w:t>
            </w:r>
            <w:r>
              <w:rPr>
                <w:b/>
              </w:rPr>
              <w:t>29/09/2026 03:30</w:t>
            </w:r>
          </w:p>
        </w:tc>
      </w:tr>
      <w:tr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Trecho 3</w:t>
            </w:r>
          </w:p>
        </w:tc>
        <w:tc>
          <w:tcPr>
            <w:tcW w:type="dxa" w:w="3289"/>
          </w:tcPr>
          <w:p>
            <w:r>
              <w:rPr>
                <w:b/>
              </w:rPr>
              <w:t xml:space="preserve">Saída Foz do Iguaçu/PR: </w:t>
            </w:r>
            <w:r>
              <w:rPr>
                <w:b/>
              </w:rPr>
              <w:t>29/09/2026 11:30</w:t>
            </w:r>
          </w:p>
        </w:tc>
        <w:tc>
          <w:tcPr>
            <w:tcW w:type="dxa" w:w="3289"/>
          </w:tcPr>
          <w:p>
            <w:r>
              <w:rPr>
                <w:b/>
              </w:rPr>
              <w:t xml:space="preserve">Chegada Ivaiporã/PR: </w:t>
            </w:r>
            <w:r>
              <w:rPr>
                <w:b/>
              </w:rPr>
              <w:t>29/09/2026 18:30</w:t>
            </w:r>
          </w:p>
        </w:tc>
      </w:tr>
      <w:tr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Trecho 4</w:t>
            </w:r>
          </w:p>
        </w:tc>
        <w:tc>
          <w:tcPr>
            <w:tcW w:type="dxa" w:w="3289"/>
          </w:tcPr>
          <w:p>
            <w:r>
              <w:rPr>
                <w:b/>
              </w:rPr>
              <w:t xml:space="preserve">Saída Ivaiporã/PR: </w:t>
            </w:r>
            <w:r>
              <w:rPr>
                <w:b/>
              </w:rPr>
              <w:t>29/09/2026 22:30</w:t>
            </w:r>
          </w:p>
        </w:tc>
        <w:tc>
          <w:tcPr>
            <w:tcW w:type="dxa" w:w="3289"/>
          </w:tcPr>
          <w:p>
            <w:r>
              <w:rPr>
                <w:b/>
              </w:rPr>
              <w:t xml:space="preserve">Chegada Foz do Iguaçu/PR: </w:t>
            </w:r>
            <w:r>
              <w:rPr>
                <w:b/>
              </w:rPr>
              <w:t>30/09/2026 05:30</w:t>
            </w:r>
          </w:p>
        </w:tc>
      </w:tr>
      <w:tr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Trecho 5</w:t>
            </w:r>
          </w:p>
        </w:tc>
        <w:tc>
          <w:tcPr>
            <w:tcW w:type="dxa" w:w="3289"/>
          </w:tcPr>
          <w:p>
            <w:r>
              <w:rPr>
                <w:b/>
              </w:rPr>
              <w:t xml:space="preserve">Saída Foz do Iguaçu/PR: </w:t>
            </w:r>
            <w:r>
              <w:rPr>
                <w:b/>
              </w:rPr>
              <w:t>30/09/2026 13:30</w:t>
            </w:r>
          </w:p>
        </w:tc>
        <w:tc>
          <w:tcPr>
            <w:tcW w:type="dxa" w:w="3289"/>
          </w:tcPr>
          <w:p>
            <w:r>
              <w:rPr>
                <w:b/>
              </w:rPr>
              <w:t xml:space="preserve">Chegada Ivaiporã/PR: </w:t>
            </w:r>
            <w:r>
              <w:rPr>
                <w:b/>
              </w:rPr>
              <w:t>30/09/2026 20:30</w:t>
            </w:r>
          </w:p>
        </w:tc>
      </w:tr>
      <w:tr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Trecho 6</w:t>
            </w:r>
          </w:p>
        </w:tc>
        <w:tc>
          <w:tcPr>
            <w:tcW w:type="dxa" w:w="3289"/>
          </w:tcPr>
          <w:p>
            <w:r>
              <w:rPr>
                <w:b/>
              </w:rPr>
              <w:t xml:space="preserve">Saída Ivaiporã/PR: </w:t>
            </w:r>
            <w:r>
              <w:rPr>
                <w:b/>
              </w:rPr>
              <w:t>01/10/2026 01:30</w:t>
            </w:r>
          </w:p>
        </w:tc>
        <w:tc>
          <w:tcPr>
            <w:tcW w:type="dxa" w:w="3289"/>
          </w:tcPr>
          <w:p>
            <w:r>
              <w:rPr>
                <w:b/>
              </w:rPr>
              <w:t xml:space="preserve">Chegada Foz do Iguaçu/PR: </w:t>
            </w:r>
            <w:r>
              <w:rPr>
                <w:b/>
              </w:rPr>
              <w:t>01/10/2026 08:30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>
              <w:rPr>
                <w:b/>
              </w:rPr>
              <w:t>Meio de transporte:</w:t>
            </w:r>
            <w:r>
              <w:rPr/>
              <w:t xml:space="preserve"> Veículo da instituição organizadora</w:t>
            </w:r>
            <w:r>
              <w:br/>
            </w:r>
            <w:r>
              <w:t xml:space="preserve"> </w:t>
            </w:r>
          </w:p>
        </w:tc>
        <w:tc>
          <w:tcPr>
            <w:tcW w:type="dxa" w:w="3289"/>
          </w:tcPr>
          <w:p/>
        </w:tc>
        <w:tc>
          <w:tcPr>
            <w:tcW w:type="dxa" w:w="3289"/>
          </w:tcPr>
          <w:p>
            <w:r>
              <w:rPr>
                <w:b/>
              </w:rPr>
              <w:t>Porte/trânsito de arma:</w:t>
            </w:r>
            <w:r>
              <w:rPr/>
              <w:t xml:space="preserve"> Sim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b/>
              </w:rPr>
              <w:t>Custos:</w:t>
            </w:r>
            <w:r>
              <w:rPr/>
              <w:t xml:space="preserve"> informar qual entidade custeará as diárias (hospedagem/alimentação) e deslocamento:</w:t>
            </w:r>
            <w:r>
              <w:br/>
            </w:r>
            <w:r>
              <w:t xml:space="preserve"> </w:t>
            </w:r>
            <w:r>
              <w:rPr/>
              <w:t>( X )</w:t>
            </w:r>
            <w:r>
              <w:rPr/>
              <w:t xml:space="preserve"> UNIDADE - SDP-FOZ (diárias e combustível custeados pela SDP-FOZ).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OUTRA INSTITUIÇÃO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ÔNUS LIMITADOS AOS PRÓPRIOS VENCIMENTOS 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Motivo da viagem:</w:t>
            </w:r>
            <w:r>
              <w:t xml:space="preserve"> </w:t>
            </w:r>
            <w:r>
              <w:rPr/>
              <w:t>Apoio às diligências da investigação em andamento em Ivaiporã.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Declaro que os servidores estão cientes de que devem portar cartão corporativo vigente no deslocamento.</w:t>
            </w:r>
          </w:p>
        </w:tc>
      </w:tr>
    </w:tbl>
    <w:p>
      <w:pPr>
        <w:jc w:val="center"/>
      </w:pPr>
      <w:r>
        <w:rPr/>
        <w:t>Respeitosamente,</w:t>
      </w:r>
    </w:p>
    <w:p>
      <w:pPr>
        <w:jc w:val="center"/>
      </w:pPr>
      <w:r>
        <w:rPr>
          <w:b/>
        </w:rPr>
        <w:t>Helena Uchôa</w:t>
      </w:r>
    </w:p>
    <w:p>
      <w:pPr>
        <w:jc w:val="center"/>
      </w:pPr>
      <w:r>
        <w:rPr>
          <w:b/>
        </w:rPr>
        <w:t>Chefe da unidade (SDP-FOZ)</w:t>
      </w:r>
    </w:p>
    <w:p>
      <w:r>
        <w:rPr>
          <w:b/>
        </w:rPr>
        <w:t>Exmo. Sr</w:t>
      </w:r>
    </w:p>
    <w:p>
      <w:r>
        <w:rPr>
          <w:b/>
        </w:rPr>
        <w:t>Dra. Helena Vasconcelos Prado</w:t>
      </w:r>
    </w:p>
    <w:p>
      <w:r>
        <w:rPr>
          <w:b/>
        </w:rPr>
        <w:t>MD. Delegada-Geral Adjunta Administrativa</w:t>
      </w:r>
    </w:p>
    <w:p>
      <w:r>
        <w:rPr>
          <w:b/>
        </w:rPr>
        <w:t>CURITIBA – Pr.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</w:rPr>
      <w:t>PCPR</w:t>
    </w:r>
    <w:r>
      <w:br/>
    </w:r>
    <w:r>
      <w:rPr>
        <w:i/>
      </w:rPr>
      <w:t>Subdivisão Policial de Foz do Iguaçu - Rua Fictícia, 113 - Centro - Foz do Iguaçu/PR - CEP 80000-013 - (41) 3000-0013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