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PONTA GROSSA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107/2026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17/09/2026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Subdivisão Policial de Ponta Grossa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00.378.989-5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Priscila Arruda Ortega</w:t>
            </w:r>
          </w:p>
        </w:tc>
        <w:tc>
          <w:tcPr>
            <w:tcW w:type="dxa" w:w="2466"/>
          </w:tcPr>
          <w:p>
            <w:r>
              <w:rPr/>
              <w:t>CPF: 900.902.766-05</w:t>
            </w:r>
          </w:p>
        </w:tc>
        <w:tc>
          <w:tcPr>
            <w:tcW w:type="dxa" w:w="2466"/>
          </w:tcPr>
          <w:p>
            <w:r>
              <w:rPr>
                <w:b/>
              </w:rPr>
              <w:t>Escrivão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Estela Nogueira Tavares</w:t>
            </w:r>
          </w:p>
        </w:tc>
        <w:tc>
          <w:tcPr>
            <w:tcW w:type="dxa" w:w="2466"/>
          </w:tcPr>
          <w:p>
            <w:r>
              <w:rPr/>
              <w:t>CPF: 900.910.685-34</w:t>
            </w:r>
          </w:p>
        </w:tc>
        <w:tc>
          <w:tcPr>
            <w:tcW w:type="dxa" w:w="2466"/>
          </w:tcPr>
          <w:p>
            <w:r>
              <w:rPr>
                <w:b/>
              </w:rPr>
              <w:t>Escrivão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Valéria Siqueira Teixeira</w:t>
            </w:r>
          </w:p>
        </w:tc>
        <w:tc>
          <w:tcPr>
            <w:tcW w:type="dxa" w:w="2466"/>
          </w:tcPr>
          <w:p>
            <w:r>
              <w:rPr/>
              <w:t>CPF: 900.918.604-08</w:t>
            </w:r>
          </w:p>
        </w:tc>
        <w:tc>
          <w:tcPr>
            <w:tcW w:type="dxa" w:w="2466"/>
          </w:tcPr>
          <w:p>
            <w:r>
              <w:rPr>
                <w:b/>
              </w:rPr>
              <w:t>Papiloscopista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Rafael Nogueira Iwamoto</w:t>
            </w:r>
          </w:p>
        </w:tc>
        <w:tc>
          <w:tcPr>
            <w:tcW w:type="dxa" w:w="2466"/>
          </w:tcPr>
          <w:p>
            <w:r>
              <w:rPr/>
              <w:t>CPF: 900.934.442-82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Danilo Werneck Klein</w:t>
            </w:r>
          </w:p>
        </w:tc>
        <w:tc>
          <w:tcPr>
            <w:tcW w:type="dxa" w:w="2466"/>
          </w:tcPr>
          <w:p>
            <w:r>
              <w:rPr/>
              <w:t>CPF: 900.926.523-45</w:t>
            </w:r>
          </w:p>
        </w:tc>
        <w:tc>
          <w:tcPr>
            <w:tcW w:type="dxa" w:w="2466"/>
          </w:tcPr>
          <w:p>
            <w:r>
              <w:rPr>
                <w:b/>
              </w:rPr>
              <w:t>Escrivão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Gabriela Vasconcelos Macedo</w:t>
            </w:r>
          </w:p>
        </w:tc>
        <w:tc>
          <w:tcPr>
            <w:tcW w:type="dxa" w:w="2466"/>
          </w:tcPr>
          <w:p>
            <w:r>
              <w:rPr/>
              <w:t>CPF: 900.364.274-55</w:t>
            </w:r>
          </w:p>
        </w:tc>
        <w:tc>
          <w:tcPr>
            <w:tcW w:type="dxa" w:w="2466"/>
          </w:tcPr>
          <w:p>
            <w:r>
              <w:rPr>
                <w:b/>
              </w:rPr>
              <w:t>Delegado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Itaipulândia/PR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R$ 1.743,30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Ponta Grossa/PR: </w:t>
            </w:r>
            <w:r>
              <w:rPr>
                <w:b/>
              </w:rPr>
              <w:t>06/10/2026 09:45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Itaipulândia/PR: </w:t>
            </w:r>
            <w:r>
              <w:rPr>
                <w:b/>
              </w:rPr>
              <w:t>06/10/2026 18:30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Itaipulândia/PR: </w:t>
            </w:r>
            <w:r>
              <w:rPr>
                <w:b/>
              </w:rPr>
              <w:t>07/10/2026 04:30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Ponta Grossa/PR: </w:t>
            </w:r>
            <w:r>
              <w:rPr>
                <w:b/>
              </w:rPr>
              <w:t>07/10/2026 13:15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Chevrolet S10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ZZL1Z43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Gabriela Vasconcelos Macedo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Diesel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Não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SDP-PGO (diárias e combustível custeados pela SDP-PGO).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Atendimento itinerante de emissão de documentos durante o Festival de Inverno em Itaipulândia.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Rafael Jardim</w:t>
      </w:r>
    </w:p>
    <w:p>
      <w:pPr>
        <w:jc w:val="center"/>
      </w:pPr>
      <w:r>
        <w:rPr>
          <w:b/>
        </w:rPr>
        <w:t>Chefe da unidade (SDP-PGO)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Subdivisão Policial de Ponta Grossa - Rua Fictícia, 111 - Centro - Ponta Grossa/PR - CEP 80000-011 - (41) 3000-0011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