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103/2026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14/09/2026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00.431.212-4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João Sampaio Ilha</w:t>
            </w:r>
          </w:p>
        </w:tc>
        <w:tc>
          <w:tcPr>
            <w:tcW w:type="dxa" w:w="2466"/>
          </w:tcPr>
          <w:p>
            <w:r>
              <w:rPr/>
              <w:t>CPF: 900.395.950-14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Wesley Campos Esteves</w:t>
            </w:r>
          </w:p>
        </w:tc>
        <w:tc>
          <w:tcPr>
            <w:tcW w:type="dxa" w:w="2466"/>
          </w:tcPr>
          <w:p>
            <w:r>
              <w:rPr/>
              <w:t>CPF: 900.372.193-92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Danilo Nascimento Guimarães</w:t>
            </w:r>
          </w:p>
        </w:tc>
        <w:tc>
          <w:tcPr>
            <w:tcW w:type="dxa" w:w="2466"/>
          </w:tcPr>
          <w:p>
            <w:r>
              <w:rPr/>
              <w:t>CPF: 900.388.031-01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Tiago Valente Valente</w:t>
            </w:r>
          </w:p>
        </w:tc>
        <w:tc>
          <w:tcPr>
            <w:tcW w:type="dxa" w:w="2466"/>
          </w:tcPr>
          <w:p>
            <w:r>
              <w:rPr/>
              <w:t>CPF: 900.380.112-64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Cafelândia/PR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R$ 1.162,20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04/10/2026 06:30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Cafelândia/PR: </w:t>
            </w:r>
            <w:r>
              <w:rPr>
                <w:b/>
              </w:rPr>
              <w:t>04/10/2026 15:15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Cafelândia/PR: </w:t>
            </w:r>
            <w:r>
              <w:rPr>
                <w:b/>
              </w:rPr>
              <w:t>04/10/2026 21:15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05/10/2026 06:00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Toyota Hilux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ZZC2O26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Wesley Campos Esteves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Cafelândia.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