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83/2026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04/09/2026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00.994.528-1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Yasmin Valente Gouveia</w:t>
            </w:r>
          </w:p>
        </w:tc>
        <w:tc>
          <w:tcPr>
            <w:tcW w:type="dxa" w:w="2466"/>
          </w:tcPr>
          <w:p>
            <w:r>
              <w:rPr/>
              <w:t>CPF: 900.229.651-74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Estela Ribeiro Holanda</w:t>
            </w:r>
          </w:p>
        </w:tc>
        <w:tc>
          <w:tcPr>
            <w:tcW w:type="dxa" w:w="2466"/>
          </w:tcPr>
          <w:p>
            <w:r>
              <w:rPr/>
              <w:t>CPF: 900.047.514-78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União da Vitória/PR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R$ 581,10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07/09/2026 08:00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União da Vitória/PR: </w:t>
            </w:r>
            <w:r>
              <w:rPr>
                <w:b/>
              </w:rPr>
              <w:t>07/09/2026 12:30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União da Vitória/PR: </w:t>
            </w:r>
            <w:r>
              <w:rPr>
                <w:b/>
              </w:rPr>
              <w:t>07/09/2026 22:30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08/09/2026 03:00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Ônibus de linha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OUTRA INSTITUIÇÃO: </w:t>
            </w:r>
            <w:r>
              <w:rPr/>
              <w:t>Comissão organizadora do Expo Paraná Rural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no Expo Paraná Rural, representando a Polícia Civil, em União da Vitória.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