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17/2024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12/08/2024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Campo Mourão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00.566.247-4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Rodrigo Klein Siqueira</w:t>
            </w:r>
          </w:p>
        </w:tc>
        <w:tc>
          <w:tcPr>
            <w:tcW w:type="dxa" w:w="2466"/>
          </w:tcPr>
          <w:p>
            <w:r>
              <w:rPr/>
              <w:t>CPF: 901.187.850-70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Leonardo Gouveia Ortega</w:t>
            </w:r>
          </w:p>
        </w:tc>
        <w:tc>
          <w:tcPr>
            <w:tcW w:type="dxa" w:w="2466"/>
          </w:tcPr>
          <w:p>
            <w:r>
              <w:rPr/>
              <w:t>CPF: 901.164.093-48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Brasília/DF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3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R$ 2.808,72</w:t>
            </w:r>
          </w:p>
        </w:tc>
      </w:tr>
    </w:tbl>
    <w:p>
      <w:pPr>
        <w:jc w:val="center"/>
      </w:pPr>
      <w:r>
        <w:rPr>
          <w:b/>
        </w:rPr>
        <w:t>ROTEIRO POR TRECHOS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1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Campo Mourão/PR: </w:t>
            </w:r>
            <w:r>
              <w:rPr>
                <w:b/>
              </w:rPr>
              <w:t>17/09/2024 08:00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Brasília/DF: </w:t>
            </w:r>
            <w:r>
              <w:rPr>
                <w:b/>
              </w:rPr>
              <w:t>18/09/2024 05:30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2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Brasília/DF: </w:t>
            </w:r>
            <w:r>
              <w:rPr>
                <w:b/>
              </w:rPr>
              <w:t>18/09/2024 09:30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Campo Mourão/PR: </w:t>
            </w:r>
            <w:r>
              <w:rPr>
                <w:b/>
              </w:rPr>
              <w:t>19/09/2024 07:00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3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Campo Mourão/PR: </w:t>
            </w:r>
            <w:r>
              <w:rPr>
                <w:b/>
              </w:rPr>
              <w:t>19/09/2024 15:00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Brasília/DF: </w:t>
            </w:r>
            <w:r>
              <w:rPr>
                <w:b/>
              </w:rPr>
              <w:t>20/09/2024 12:30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Trecho 4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Saída Brasília/DF: </w:t>
            </w:r>
            <w:r>
              <w:rPr>
                <w:b/>
              </w:rPr>
              <w:t>20/09/2024 18:30</w:t>
            </w:r>
          </w:p>
        </w:tc>
        <w:tc>
          <w:tcPr>
            <w:tcW w:type="dxa" w:w="3289"/>
          </w:tcPr>
          <w:p>
            <w:r>
              <w:rPr>
                <w:b/>
              </w:rPr>
              <w:t xml:space="preserve">Chegada Campo Mourão/PR: </w:t>
            </w:r>
            <w:r>
              <w:rPr>
                <w:b/>
              </w:rPr>
              <w:t>21/09/2024 16:00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Ducato Furgão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ZZS8W34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Rodrigo Klein Siqueira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SDP-CMO (diárias e combustível custeados pela SDP-CMO).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Brasília.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Gabriela Werneck</w:t>
      </w:r>
    </w:p>
    <w:p>
      <w:pPr>
        <w:jc w:val="center"/>
      </w:pPr>
      <w:r>
        <w:rPr>
          <w:b/>
        </w:rPr>
        <w:t>Chefe da unidade (SDP-CMO)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