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63/2026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15/07/2026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Foz do Iguaçu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00.566.209-8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Samuel Pacheco Duarte</w:t>
            </w:r>
          </w:p>
        </w:tc>
        <w:tc>
          <w:tcPr>
            <w:tcW w:type="dxa" w:w="2466"/>
          </w:tcPr>
          <w:p>
            <w:r>
              <w:rPr/>
              <w:t>CPF: 901.005.713-53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Gabriela Barbosa Cardoso</w:t>
            </w:r>
          </w:p>
        </w:tc>
        <w:tc>
          <w:tcPr>
            <w:tcW w:type="dxa" w:w="2466"/>
          </w:tcPr>
          <w:p>
            <w:r>
              <w:rPr/>
              <w:t>CPF: 900.997.794-30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Simone Xavier Prado</w:t>
            </w:r>
          </w:p>
        </w:tc>
        <w:tc>
          <w:tcPr>
            <w:tcW w:type="dxa" w:w="2466"/>
          </w:tcPr>
          <w:p>
            <w:r>
              <w:rPr/>
              <w:t>CPF: 901.021.551-28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Rafael Klein Klein</w:t>
            </w:r>
          </w:p>
        </w:tc>
        <w:tc>
          <w:tcPr>
            <w:tcW w:type="dxa" w:w="2466"/>
          </w:tcPr>
          <w:p>
            <w:r>
              <w:rPr/>
              <w:t>CPF: 901.013.632-91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Arapongas/PR, Balsa Nova/PR, Sapopema/PR, Sabáudia/PR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5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R$ 5.811,00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Foz do Iguaçu/PR: </w:t>
            </w:r>
            <w:r>
              <w:rPr>
                <w:b/>
              </w:rPr>
              <w:t>04/08/2026 08:30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Arapongas/PR: </w:t>
            </w:r>
            <w:r>
              <w:rPr>
                <w:b/>
              </w:rPr>
              <w:t>04/08/2026 17:00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Arapongas/PR: </w:t>
            </w:r>
            <w:r>
              <w:rPr>
                <w:b/>
              </w:rPr>
              <w:t>05/08/2026 19:00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Balsa Nova/PR: </w:t>
            </w:r>
            <w:r>
              <w:rPr>
                <w:b/>
              </w:rPr>
              <w:t>06/08/2026 01:30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Balsa Nova/PR: </w:t>
            </w:r>
            <w:r>
              <w:rPr>
                <w:b/>
              </w:rPr>
              <w:t>06/08/2026 07:30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Sapopema/PR: </w:t>
            </w:r>
            <w:r>
              <w:rPr>
                <w:b/>
              </w:rPr>
              <w:t>06/08/2026 12:15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Sapopema/PR: </w:t>
            </w:r>
            <w:r>
              <w:rPr>
                <w:b/>
              </w:rPr>
              <w:t>07/08/2026 08:15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Sabáudia/PR: </w:t>
            </w:r>
            <w:r>
              <w:rPr>
                <w:b/>
              </w:rPr>
              <w:t>07/08/2026 11:00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Sabáudia/PR: </w:t>
            </w:r>
            <w:r>
              <w:rPr>
                <w:b/>
              </w:rPr>
              <w:t>08/08/2026 17:00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Foz do Iguaçu/PR: </w:t>
            </w:r>
            <w:r>
              <w:rPr>
                <w:b/>
              </w:rPr>
              <w:t>09/08/2026 01:30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Mitsubishi L200 Triton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ZZN3N69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Rafael Klein Klein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SDP-FOZ (diárias e combustível custeados pela SDP-FOZ).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Realização de palestra de prevenção à violência em escolas de Arapongas.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Helena Uchôa</w:t>
      </w:r>
    </w:p>
    <w:p>
      <w:pPr>
        <w:jc w:val="center"/>
      </w:pPr>
      <w:r>
        <w:rPr>
          <w:b/>
        </w:rPr>
        <w:t>Chefe da unidade (SDP-FOZ)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