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55/2026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05/06/2026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Ponta Grossa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00.099.634-8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Estela Nogueira Tavares</w:t>
            </w:r>
          </w:p>
        </w:tc>
        <w:tc>
          <w:tcPr>
            <w:tcW w:type="dxa" w:w="2466"/>
          </w:tcPr>
          <w:p>
            <w:r>
              <w:rPr/>
              <w:t>CPF: 900.910.685-34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Valéria Siqueira Teixeira</w:t>
            </w:r>
          </w:p>
        </w:tc>
        <w:tc>
          <w:tcPr>
            <w:tcW w:type="dxa" w:w="2466"/>
          </w:tcPr>
          <w:p>
            <w:r>
              <w:rPr/>
              <w:t>CPF: 900.918.604-08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Priscila Arruda Ortega</w:t>
            </w:r>
          </w:p>
        </w:tc>
        <w:tc>
          <w:tcPr>
            <w:tcW w:type="dxa" w:w="2466"/>
          </w:tcPr>
          <w:p>
            <w:r>
              <w:rPr/>
              <w:t>CPF: 900.902.766-05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Cambira/PR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R$ 871,65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Ponta Grossa/PR: </w:t>
            </w:r>
            <w:r>
              <w:rPr>
                <w:b/>
              </w:rPr>
              <w:t>20/06/2026 06:15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Cambira/PR: </w:t>
            </w:r>
            <w:r>
              <w:rPr>
                <w:b/>
              </w:rPr>
              <w:t>20/06/2026 11:00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Cambira/PR: </w:t>
            </w:r>
            <w:r>
              <w:rPr>
                <w:b/>
              </w:rPr>
              <w:t>20/06/2026 16:00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Ponta Grossa/PR: </w:t>
            </w:r>
            <w:r>
              <w:rPr>
                <w:b/>
              </w:rPr>
              <w:t>20/06/2026 20:45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S10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ZZL1Z43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Valéria Siqueira Teixeira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UNIDADE - SDP-PGO (diárias e combustível custeados pela SDP-PGO).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OUTRA INSTITUIÇÃO: </w:t>
            </w:r>
            <w:r>
              <w:rPr/>
              <w:t>Secretaria de Estado da Segurança Pública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Cobertura jornalística de operação policial em Cambira.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Rafael Jardim</w:t>
      </w:r>
    </w:p>
    <w:p>
      <w:pPr>
        <w:jc w:val="center"/>
      </w:pPr>
      <w:r>
        <w:rPr>
          <w:b/>
        </w:rPr>
        <w:t>Chefe da unidade (SDP-PGO)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