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JACAREZINHO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/>
              <w:t xml:space="preserve">Ofício Nº </w:t>
            </w:r>
            <w:r>
              <w:rPr>
                <w:b/>
              </w:rPr>
              <w:t>51/2026</w:t>
            </w:r>
            <w:r>
              <w:rPr/>
              <w:t xml:space="preserve"> (Autorização)</w:t>
            </w:r>
          </w:p>
        </w:tc>
        <w:tc>
          <w:tcPr>
            <w:tcW w:type="dxa" w:w="4933"/>
          </w:tcPr>
          <w:p>
            <w:r>
              <w:rPr/>
              <w:t xml:space="preserve">Data: </w:t>
            </w:r>
            <w:r>
              <w:rPr/>
              <w:t>24/05/2026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Origem: </w:t>
            </w:r>
            <w:r>
              <w:rPr>
                <w:b/>
              </w:rPr>
              <w:t>Subdivisão Policial de Jacarezinho</w:t>
            </w:r>
          </w:p>
        </w:tc>
        <w:tc>
          <w:tcPr>
            <w:tcW w:type="dxa" w:w="4933"/>
          </w:tcPr>
          <w:p>
            <w:r>
              <w:rPr/>
              <w:t xml:space="preserve">Destino: </w:t>
            </w:r>
            <w:r>
              <w:rPr>
                <w:b/>
              </w:rPr>
              <w:t>Gabinete da Delegacia-Geral Adjunta Administrativa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Protocolo Nº: </w:t>
            </w:r>
            <w:r>
              <w:rPr/>
              <w:t>00.888.092-8</w:t>
            </w:r>
          </w:p>
        </w:tc>
        <w:tc>
          <w:tcPr>
            <w:tcW w:type="dxa" w:w="4933"/>
          </w:tcPr>
          <w:p>
            <w:r>
              <w:rPr/>
              <w:t>Assunto: Solicitação de autorização e concessão de diárias.</w:t>
            </w:r>
          </w:p>
        </w:tc>
      </w:tr>
    </w:tbl>
    <w:p>
      <w:r>
        <w:rPr>
          <w:b/>
        </w:rPr>
        <w:t>Senhor Delegado,</w:t>
      </w:r>
      <w:r>
        <w:rPr/>
        <w:t xml:space="preserve"> solicito autorização e a concessão de diárias e combustível, conforme cronograma abaixo: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Cargo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Nº solicitação</w:t>
            </w:r>
            <w:r>
              <w:br/>
            </w:r>
            <w:r>
              <w:rPr>
                <w:b/>
              </w:rPr>
              <w:t>(Central de Viagens)</w:t>
            </w:r>
          </w:p>
        </w:tc>
      </w:tr>
      <w:tr>
        <w:tc>
          <w:tcPr>
            <w:tcW w:type="dxa" w:w="2466"/>
          </w:tcPr>
          <w:p>
            <w:r>
              <w:rPr/>
              <w:t>Heitor Junqueira Hoffmann</w:t>
            </w:r>
          </w:p>
        </w:tc>
        <w:tc>
          <w:tcPr>
            <w:tcW w:type="dxa" w:w="2466"/>
          </w:tcPr>
          <w:p>
            <w:r>
              <w:rPr/>
              <w:t>CPF: 901.306.635-66</w:t>
            </w:r>
          </w:p>
        </w:tc>
        <w:tc>
          <w:tcPr>
            <w:tcW w:type="dxa" w:w="2466"/>
          </w:tcPr>
          <w:p>
            <w:r>
              <w:rPr>
                <w:b/>
              </w:rPr>
              <w:t>Delegado de Polícia</w:t>
            </w:r>
          </w:p>
        </w:tc>
        <w:tc>
          <w:tcPr>
            <w:tcW w:type="dxa" w:w="2466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Destino da viagem:</w:t>
            </w:r>
            <w:r>
              <w:br/>
            </w:r>
            <w:r>
              <w:rPr/>
              <w:t>São José das Palmeiras/PR, Pinhão/PR, Araucária/PR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Nº de diárias por servidor:</w:t>
            </w:r>
            <w:r>
              <w:br/>
            </w:r>
            <w:r>
              <w:rPr/>
              <w:t>8 x 100% diárias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Valor total do ofício:</w:t>
            </w:r>
            <w:r>
              <w:br/>
            </w:r>
            <w:r>
              <w:rPr/>
              <w:t>R$ 2.324,40</w:t>
            </w:r>
          </w:p>
        </w:tc>
      </w:tr>
    </w:tbl>
    <w:p>
      <w:pPr>
        <w:jc w:val="center"/>
      </w:pPr>
      <w:r>
        <w:rPr>
          <w:b/>
        </w:rPr>
        <w:t>ROTEIRO DE IDA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Jacarezinho/PR: </w:t>
            </w:r>
            <w:r>
              <w:rPr>
                <w:b/>
              </w:rPr>
              <w:t>07/06/2026 08:15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São José das Palmeiras/PR: </w:t>
            </w:r>
            <w:r>
              <w:rPr>
                <w:b/>
              </w:rPr>
              <w:t>07/06/2026 18:00</w:t>
            </w:r>
          </w:p>
        </w:tc>
      </w:tr>
      <w:tr>
        <w:tc>
          <w:tcPr>
            <w:tcW w:type="dxa" w:w="4933"/>
          </w:tcPr>
          <w:p>
            <w:r>
              <w:rPr>
                <w:b/>
              </w:rPr>
              <w:t xml:space="preserve">Saída São José das Palmeiras/PR: </w:t>
            </w:r>
            <w:r>
              <w:rPr>
                <w:b/>
              </w:rPr>
              <w:t>09/06/2026 20:00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Pinhão/PR: </w:t>
            </w:r>
            <w:r>
              <w:rPr>
                <w:b/>
              </w:rPr>
              <w:t>10/06/2026 01:30</w:t>
            </w:r>
          </w:p>
        </w:tc>
      </w:tr>
      <w:tr>
        <w:tc>
          <w:tcPr>
            <w:tcW w:type="dxa" w:w="4933"/>
          </w:tcPr>
          <w:p>
            <w:r>
              <w:rPr>
                <w:b/>
              </w:rPr>
              <w:t xml:space="preserve">Saída Pinhão/PR: </w:t>
            </w:r>
            <w:r>
              <w:rPr>
                <w:b/>
              </w:rPr>
              <w:t>10/06/2026 21:30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Araucária/PR: </w:t>
            </w:r>
            <w:r>
              <w:rPr>
                <w:b/>
              </w:rPr>
              <w:t>11/06/2026 02:30</w:t>
            </w:r>
          </w:p>
        </w:tc>
      </w:tr>
    </w:tbl>
    <w:p>
      <w:pPr>
        <w:jc w:val="center"/>
      </w:pPr>
      <w:r>
        <w:rPr>
          <w:b/>
        </w:rPr>
        <w:t>ROTEIRO DE RETORNO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Araucária/PR: </w:t>
            </w:r>
            <w:r>
              <w:rPr>
                <w:b/>
              </w:rPr>
              <w:t>15/06/2026 02:30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Jacarezinho/PR: </w:t>
            </w:r>
            <w:r>
              <w:rPr>
                <w:b/>
              </w:rPr>
              <w:t>15/06/2026 08:15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rPr>
                <w:b/>
              </w:rPr>
              <w:t>Meio de transporte:</w:t>
            </w:r>
            <w:r>
              <w:rPr/>
              <w:t xml:space="preserve"> Mitsubishi L200 Triton</w:t>
            </w:r>
            <w:r>
              <w:br/>
            </w:r>
            <w:r>
              <w:t xml:space="preserve"> </w:t>
            </w:r>
            <w:r>
              <w:rPr>
                <w:b/>
              </w:rPr>
              <w:t>Placa oficial:</w:t>
            </w:r>
            <w:r>
              <w:rPr/>
              <w:t xml:space="preserve"> ZZX3F99</w:t>
            </w:r>
            <w:r>
              <w:br/>
            </w:r>
            <w:r>
              <w:t xml:space="preserve"> </w:t>
            </w:r>
            <w:r>
              <w:rPr>
                <w:b/>
              </w:rPr>
              <w:t>Motorista:</w:t>
            </w:r>
            <w:r>
              <w:t xml:space="preserve"> </w:t>
            </w:r>
            <w:r>
              <w:rPr/>
              <w:t>Heitor Junqueira Hoffmann</w:t>
            </w:r>
            <w:r>
              <w:t xml:space="preserve">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Combustível:</w:t>
            </w:r>
            <w:r>
              <w:rPr/>
              <w:t xml:space="preserve"> Diesel</w:t>
            </w:r>
            <w:r>
              <w:br/>
            </w:r>
            <w:r>
              <w:t xml:space="preserve"> </w:t>
            </w:r>
            <w:r>
              <w:rPr>
                <w:b/>
              </w:rPr>
              <w:t>Viatura:</w:t>
            </w:r>
            <w:r>
              <w:rPr/>
              <w:t xml:space="preserve"> Caracterizada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Porte/trânsito de arma:</w:t>
            </w:r>
            <w:r>
              <w:rPr/>
              <w:t xml:space="preserve"> Sim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b/>
              </w:rPr>
              <w:t>Custos:</w:t>
            </w:r>
            <w:r>
              <w:rPr/>
              <w:t xml:space="preserve"> informar qual entidade custeará as diárias (hospedagem/alimentação) e deslocamento:</w:t>
            </w:r>
            <w:r>
              <w:br/>
            </w:r>
            <w:r>
              <w:t xml:space="preserve"> </w:t>
            </w:r>
            <w:r>
              <w:rPr/>
              <w:t>( X )</w:t>
            </w:r>
            <w:r>
              <w:rPr/>
              <w:t xml:space="preserve"> UNIDADE - SDP-JAC (diárias e combustível custeados pela SDP-JAC).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OUTRA INSTITUIÇÃO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ÔNUS LIMITADOS AOS PRÓPRIOS VENCIMENTOS 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Motivo da viagem:</w:t>
            </w:r>
            <w:r>
              <w:t xml:space="preserve"> </w:t>
            </w:r>
            <w:r>
              <w:rPr/>
              <w:t>Atendimento itinerante de emissão de documentos durante o Festival de Inverno em São José das Palmeiras.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Declaro que os servidores estão cientes de que devem portar cartão corporativo vigente no deslocamento.</w:t>
            </w:r>
          </w:p>
        </w:tc>
      </w:tr>
    </w:tbl>
    <w:p>
      <w:pPr>
        <w:jc w:val="center"/>
      </w:pPr>
      <w:r>
        <w:rPr/>
        <w:t>Respeitosamente,</w:t>
      </w:r>
    </w:p>
    <w:p>
      <w:pPr>
        <w:jc w:val="center"/>
      </w:pPr>
      <w:r>
        <w:rPr>
          <w:b/>
        </w:rPr>
        <w:t>Tatiane Arruda</w:t>
      </w:r>
    </w:p>
    <w:p>
      <w:pPr>
        <w:jc w:val="center"/>
      </w:pPr>
      <w:r>
        <w:rPr>
          <w:b/>
        </w:rPr>
        <w:t>Chefe da unidade (SDP-JAC)</w:t>
      </w:r>
    </w:p>
    <w:p>
      <w:r>
        <w:rPr>
          <w:b/>
        </w:rPr>
        <w:t>Exmo. Sr</w:t>
      </w:r>
    </w:p>
    <w:p>
      <w:r>
        <w:rPr>
          <w:b/>
        </w:rPr>
        <w:t>Dra. Helena Vasconcelos Prado</w:t>
      </w:r>
    </w:p>
    <w:p>
      <w:r>
        <w:rPr>
          <w:b/>
        </w:rPr>
        <w:t>MD. Delegada-Geral Adjunta Administrativa</w:t>
      </w:r>
    </w:p>
    <w:p>
      <w:r>
        <w:rPr>
          <w:b/>
        </w:rPr>
        <w:t>CURITIBA – Pr.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</w:rPr>
      <w:t>PCPR</w:t>
    </w:r>
    <w:r>
      <w:br/>
    </w:r>
    <w:r>
      <w:rPr>
        <w:i/>
      </w:rPr>
      <w:t>Subdivisão Policial de Jacarezinho - Rua Fictícia, 123 - Centro - Jacarezinho/PR - CEP 80000-023 - (41) 3000-0023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