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APUCARANA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35/2026</w:t>
            </w:r>
            <w:r>
              <w:rPr/>
              <w:t xml:space="preserve"> (Autorização)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10/04/2026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Subdivisão Policial de Apucarana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  <w:r>
              <w:rPr/>
              <w:t>00.308.745-9</w:t>
            </w:r>
          </w:p>
        </w:tc>
        <w:tc>
          <w:tcPr>
            <w:tcW w:type="dxa" w:w="4933"/>
          </w:tcPr>
          <w:p>
            <w:r>
              <w:rPr/>
              <w:t>Assunto: Solicitação de autorização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autorização e a concessão de diárias e combustível, conforme cronograma abaixo: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Valéria Siqueira Ferraz</w:t>
            </w:r>
          </w:p>
        </w:tc>
        <w:tc>
          <w:tcPr>
            <w:tcW w:type="dxa" w:w="2466"/>
          </w:tcPr>
          <w:p>
            <w:r>
              <w:rPr/>
              <w:t>CPF: 901.132.417-05</w:t>
            </w:r>
          </w:p>
        </w:tc>
        <w:tc>
          <w:tcPr>
            <w:tcW w:type="dxa" w:w="2466"/>
          </w:tcPr>
          <w:p>
            <w:r>
              <w:rPr>
                <w:b/>
              </w:rPr>
              <w:t>Investigador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Débora Almeida Tavares</w:t>
            </w:r>
          </w:p>
        </w:tc>
        <w:tc>
          <w:tcPr>
            <w:tcW w:type="dxa" w:w="2466"/>
          </w:tcPr>
          <w:p>
            <w:r>
              <w:rPr/>
              <w:t>CPF: 901.156.174-01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Agente de Polícia Judiciária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Úrsula Prado Esteves</w:t>
            </w:r>
          </w:p>
        </w:tc>
        <w:tc>
          <w:tcPr>
            <w:tcW w:type="dxa" w:w="2466"/>
          </w:tcPr>
          <w:p>
            <w:r>
              <w:rPr/>
              <w:t>CPF: 901.108.660-03</w:t>
            </w:r>
          </w:p>
        </w:tc>
        <w:tc>
          <w:tcPr>
            <w:tcW w:type="dxa" w:w="2466"/>
          </w:tcPr>
          <w:p>
            <w:r>
              <w:rPr>
                <w:b/>
              </w:rPr>
              <w:t>Papiloscopista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Nova Esperança/PR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4 x 100%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R$ 3.486,60</w:t>
            </w:r>
          </w:p>
        </w:tc>
      </w:tr>
    </w:tbl>
    <w:p>
      <w:pPr>
        <w:jc w:val="center"/>
      </w:pPr>
      <w:r>
        <w:rPr>
          <w:b/>
        </w:rPr>
        <w:t>ROTEIRO DE 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Apucarana/PR: </w:t>
            </w:r>
            <w:r>
              <w:rPr>
                <w:b/>
              </w:rPr>
              <w:t>19/04/2026 08:15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Nova Esperança/PR: </w:t>
            </w:r>
            <w:r>
              <w:rPr>
                <w:b/>
              </w:rPr>
              <w:t>19/04/2026 10:15</w:t>
            </w:r>
          </w:p>
        </w:tc>
      </w:tr>
    </w:tbl>
    <w:p>
      <w:pPr>
        <w:jc w:val="center"/>
      </w:pPr>
      <w:r>
        <w:rPr>
          <w:b/>
        </w:rPr>
        <w:t>ROTEIRO DE RETORNO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Nova Esperança/PR: </w:t>
            </w:r>
            <w:r>
              <w:rPr>
                <w:b/>
              </w:rPr>
              <w:t>23/04/2026 10:15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Apucarana/PR: </w:t>
            </w:r>
            <w:r>
              <w:rPr>
                <w:b/>
              </w:rPr>
              <w:t>23/04/2026 12:15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Jeep Compass</w:t>
            </w:r>
            <w:r>
              <w:br/>
            </w:r>
            <w:r>
              <w:t xml:space="preserve"> </w:t>
            </w:r>
            <w:r>
              <w:rPr>
                <w:b/>
              </w:rPr>
              <w:t>Placa oficial:</w:t>
            </w:r>
            <w:r>
              <w:rPr/>
              <w:t xml:space="preserve"> ZZR7P21</w:t>
            </w:r>
            <w:r>
              <w:br/>
            </w:r>
            <w:r>
              <w:t xml:space="preserve"> </w:t>
            </w:r>
            <w:r>
              <w:rPr>
                <w:b/>
              </w:rPr>
              <w:t>Motorista:</w:t>
            </w:r>
            <w:r>
              <w:t xml:space="preserve"> </w:t>
            </w:r>
            <w:r>
              <w:rPr/>
              <w:t>Valéria Siqueira Ferraz</w:t>
            </w:r>
            <w:r>
              <w:t xml:space="preserve">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Combustível:</w:t>
            </w:r>
            <w:r>
              <w:rPr/>
              <w:t xml:space="preserve"> Flex</w:t>
            </w:r>
            <w:r>
              <w:br/>
            </w:r>
            <w:r>
              <w:t xml:space="preserve"> </w:t>
            </w:r>
            <w:r>
              <w:rPr>
                <w:b/>
              </w:rPr>
              <w:t>Viatura:</w:t>
            </w:r>
            <w:r>
              <w:rPr/>
              <w:t xml:space="preserve"> Caracterizada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Sim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UNIDADE - SDP-APU (diárias e combustível custeados pela SDP-APU).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OUTRA INSTITUIÇÃO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Apoio às diligências da investigação em andamento em Nova Esperança.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Simone Queiroz</w:t>
      </w:r>
    </w:p>
    <w:p>
      <w:pPr>
        <w:jc w:val="center"/>
      </w:pPr>
      <w:r>
        <w:rPr>
          <w:b/>
        </w:rPr>
        <w:t>Chefe da unidade (SDP-APU)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Subdivisão Policial de Apucarana - Rua Fictícia, 117 - Centro - Apucarana/PR - CEP 80000-017 - (41) 3000-0017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