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13/2024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23/07/2024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00.842.252-4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Tiago Valente Valente</w:t>
            </w:r>
          </w:p>
        </w:tc>
        <w:tc>
          <w:tcPr>
            <w:tcW w:type="dxa" w:w="2466"/>
          </w:tcPr>
          <w:p>
            <w:r>
              <w:rPr/>
              <w:t>CPF: 900.380.112-64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Sampaio Ilha</w:t>
            </w:r>
          </w:p>
        </w:tc>
        <w:tc>
          <w:tcPr>
            <w:tcW w:type="dxa" w:w="2466"/>
          </w:tcPr>
          <w:p>
            <w:r>
              <w:rPr/>
              <w:t>CPF: 900.395.950-14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Wesley Campos Esteves</w:t>
            </w:r>
          </w:p>
        </w:tc>
        <w:tc>
          <w:tcPr>
            <w:tcW w:type="dxa" w:w="2466"/>
          </w:tcPr>
          <w:p>
            <w:r>
              <w:rPr/>
              <w:t>CPF: 900.372.193-92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Vasconcelos Macedo</w:t>
            </w:r>
          </w:p>
        </w:tc>
        <w:tc>
          <w:tcPr>
            <w:tcW w:type="dxa" w:w="2466"/>
          </w:tcPr>
          <w:p>
            <w:r>
              <w:rPr/>
              <w:t>CPF: 900.364.274-55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Danilo Nascimento Guimarães</w:t>
            </w:r>
          </w:p>
        </w:tc>
        <w:tc>
          <w:tcPr>
            <w:tcW w:type="dxa" w:w="2466"/>
          </w:tcPr>
          <w:p>
            <w:r>
              <w:rPr/>
              <w:t>CPF: 900.388.031-01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Igor Bittencourt Valente</w:t>
            </w:r>
          </w:p>
        </w:tc>
        <w:tc>
          <w:tcPr>
            <w:tcW w:type="dxa" w:w="2466"/>
          </w:tcPr>
          <w:p>
            <w:r>
              <w:rPr/>
              <w:t>CPF: 900.863.171-73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Mandaguaçu/PR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R$ 1.743,30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20/08/2024 06:30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Mandaguaçu/PR: </w:t>
            </w:r>
            <w:r>
              <w:rPr>
                <w:b/>
              </w:rPr>
              <w:t>20/08/2024 14:30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Mandaguaçu/PR: </w:t>
            </w:r>
            <w:r>
              <w:rPr>
                <w:b/>
              </w:rPr>
              <w:t>21/08/2024 00:30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21/08/2024 08:30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Toyota Hilux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ZZC2O26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Danilo Nascimento Guimarães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Mandaguaçu.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