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01/2024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28/04/2024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Gabinete do Delegado-Geral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00.230.706-1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Cecília Prado Yamamoto</w:t>
            </w:r>
          </w:p>
        </w:tc>
        <w:tc>
          <w:tcPr>
            <w:tcW w:type="dxa" w:w="2466"/>
          </w:tcPr>
          <w:p>
            <w:r>
              <w:rPr/>
              <w:t>CPF: 900.665.196-68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Campos Yamamoto</w:t>
            </w:r>
          </w:p>
        </w:tc>
        <w:tc>
          <w:tcPr>
            <w:tcW w:type="dxa" w:w="2466"/>
          </w:tcPr>
          <w:p>
            <w:r>
              <w:rPr/>
              <w:t>CPF: 900.681.034-77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Bernardo Hoffmann Macedo</w:t>
            </w:r>
          </w:p>
        </w:tc>
        <w:tc>
          <w:tcPr>
            <w:tcW w:type="dxa" w:w="2466"/>
          </w:tcPr>
          <w:p>
            <w:r>
              <w:rPr/>
              <w:t>CPF: 900.673.115-30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Bruno Ilha Nascimento</w:t>
            </w:r>
          </w:p>
        </w:tc>
        <w:tc>
          <w:tcPr>
            <w:tcW w:type="dxa" w:w="2466"/>
          </w:tcPr>
          <w:p>
            <w:r>
              <w:rPr/>
              <w:t>CPF: 900.688.953-90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Juliana Werneck Duarte</w:t>
            </w:r>
          </w:p>
        </w:tc>
        <w:tc>
          <w:tcPr>
            <w:tcW w:type="dxa" w:w="2466"/>
          </w:tcPr>
          <w:p>
            <w:r>
              <w:rPr/>
              <w:t>CPF: 900.657.277-21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Priscila Lacerda Valente</w:t>
            </w:r>
          </w:p>
        </w:tc>
        <w:tc>
          <w:tcPr>
            <w:tcW w:type="dxa" w:w="2466"/>
          </w:tcPr>
          <w:p>
            <w:r>
              <w:rPr/>
              <w:t>CPF: 900.649.358-93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Adriana Ortega Tavares</w:t>
            </w:r>
          </w:p>
        </w:tc>
        <w:tc>
          <w:tcPr>
            <w:tcW w:type="dxa" w:w="2466"/>
          </w:tcPr>
          <w:p>
            <w:r>
              <w:rPr/>
              <w:t>CPF: 900.776.062-90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Nelson Arruda Ortega</w:t>
            </w:r>
          </w:p>
        </w:tc>
        <w:tc>
          <w:tcPr>
            <w:tcW w:type="dxa" w:w="2466"/>
          </w:tcPr>
          <w:p>
            <w:r>
              <w:rPr/>
              <w:t>CPF: 901.124.498-25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Santa Inês/PR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3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R$ 6.973,20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20/05/2024 09:00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Santa Inês/PR: </w:t>
            </w:r>
            <w:r>
              <w:rPr>
                <w:b/>
              </w:rPr>
              <w:t>20/05/2024 17:45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Santa Inês/PR: </w:t>
            </w:r>
            <w:r>
              <w:rPr>
                <w:b/>
              </w:rPr>
              <w:t>22/05/2024 13:45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22/05/2024 22:30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Duster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ZZG6Q78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Priscila Lacerda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GDG (diárias e combustível custeados pela GDG).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Secretaria de Estado da Segurança Pública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Valéria Hoffmann</w:t>
      </w:r>
    </w:p>
    <w:p>
      <w:pPr>
        <w:jc w:val="center"/>
      </w:pPr>
      <w:r>
        <w:rPr>
          <w:b/>
        </w:rPr>
        <w:t>Chefe da unidade (GDG)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